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שיחה פשוטה בין קונה למוכרת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חשובות לקניות: עֹדֶף, קַבָּלָה,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מחיר ועודף פשוט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8 שקלים יותר מ-6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נתן 20 שקלים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את השיחה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רוֹצֶה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(עוֹבֶדֶת בַּחֲנוּת)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(בָּא לִקְנוֹת דְּבָרִים)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(הַכֶּסֶף שֶׁחוֹזֵר)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(נְיָר שֶׁל הַקְּנִיָּה)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את השיחה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המוכרת שואלת איך אפשר 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הקונה מבקש לחם וחלב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המוכרת אומרת כמה זה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הקונה משלם ומקבל עודף וקבלה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שיחה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שיחה עם ברכת פתיחה, בקשת קניה, מחיר, תשלום ועודף, וסיום מנומס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משתמש במילה רוֹצֶה או בְּבַקָּשָׁה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שזה הכסף שחוזר אחרי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עונה 14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השיחה בזוגות בקול רם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כסף משחק כדי להמחיש את חישוב העודף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פריט נוסף לקנייה ולחשב מחיר כולל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שיחה בקופה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שיחה שקורית בכל חנות - בין קונה למוכרת ליד הקופה. נלמד מילים חשובות ונתרגל חישוב מחיר ועודף.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רוֹצֶה  ·  14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הקונה רוצה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 וחלב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עוגה ומיץ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ביצים וגבינה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עולה הלחם?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עולה החלב?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 שקלים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14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הקונה קנה לחם וחלב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הלחם עולה יותר מהחלב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הקונה שילם בדיוק 14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משלימים את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אֲנִי __________ לֶחֶם, בְּבַקָּשָׁה.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בְּיַחַד זֶה __________ שְׁקָלִים.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מוֹכֶרֶת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בָּא לִקְנוֹת דְּבָרִים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קוֹנֶה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עוֹבֶדֶת בַּחֲנוּת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עֹדֶף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נְיָר שֶׁל הַקְּנִיָּה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קַבָּלָה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הַכֶּסֶף שֶׁחוֹזֵר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מסדרים את השיחה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הקונה מבקש לחם וחלב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הקונה משלם ומקבל עודף וקבלה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המוכרת שואלת איך אפשר לעזור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המוכרת אומרת כמה זה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שיחה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שיחה קצרה משלכם בין קונה למוכרת בחנות - מה קונים וכמה זה 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אומר הקונה כשהוא רוצה לקנות משהו?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עודף?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שיחה בקופה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