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שיחה בקופה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שיחה פשוטה בין קונה למוכרת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מילים חשובות לקניות: עֹדֶף, קַבָּלָה, בְּבַקָּשָׁה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 מחיר ועודף פשוט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השיחה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לחם וחלב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8 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6 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20 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תודה רבה, יום טוב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בשיחה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8 שקלים יותר מ-6 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הוא נתן 20 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העודף היה 6 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כתוב בסוף השיחה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את השיחה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רוֹצֶה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עֹדֶף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תּוֹדָה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לַעֲזֹר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מתאימים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(עוֹבֶדֶת בַּחֲנוּת)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(בָּא לִקְנוֹת דְּבָרִים)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(הַכֶּסֶף שֶׁחוֹזֵר)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(נְיָר שֶׁל הַקְּנִיָּה)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(הַכֶּסֶף בְּיִשְׂרָאֵל)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מסדרים את השיחה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המוכרת שואלת איך אפשר לעזור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הקונה מבקש לחם וחלב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המוכרת אומרת כמה זה 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הקונה משלם ומקבל עודף וקבלה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הקונה אומר תודה ונפרד לשלום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שיחה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כותב שיחה עם ברכת פתיחה, בקשת קניה, מחיר, תשלום ועודף, וסיום מנומס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משתמש במילה רוֹצֶה או בְּבַקָּשָׁה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מסביר שזה הכסף שחוזר אחרי התשלום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עונה 14 שקלים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את השיחה בזוגות בקול רם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להביא כסף משחק כדי להמחיש את חישוב העודף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פריט נוסף לקנייה ולחשב מחיר כולל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שיחה בקופה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היום נלמד איך מדברים בחנות. יש קונה ויש מוכרת. הם מדברים על קניה, מחיר וכסף.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מוֹכֶרֶת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האישה שעוזרת לקונים בחנות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קוֹנֶה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האדם שבא לקנות דברים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עֹדֶף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הכסף שחוזר אחרי התשלום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קַבָּלָה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הנייר שמראה מה קנינו וכמה שילמנו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שֶׁקֶל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הכסף שמשתמשים בו בישראל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בְּבַקָּשָׁה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מנומסת כשמבקשים משהו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תּוֹדָה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מנומסת כשמודים למישהו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כַּמָּה זֶה עוֹלֶה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על המחיר של דבר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השיחה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הקונה קונה בחנות?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לחם וחלב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עוגה ומיץ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ביצים וגבינה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תפוחים ובננות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המחיר של הלחם?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14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המחיר של החלב?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8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14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כסף הקונה שילם?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14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הקונה אומר כשהוא הולך?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תודה רבה, יום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להתראות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הקונה קנה לחם וחלב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הלחם עולה יותר מהחלב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הקונה שילם בדיוק 14 שקלים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העודף שהקונה קיבל הוא 8 שקלים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המוכרת נתנה לקונה גם קבלה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משלימים את השיחה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אֲנִי __________ לֶחֶם, בְּבַקָּשָׁה.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בְּיַחַד זֶה __________ שְׁקָלִים.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הִנֵּה הָ__________: 6 שְׁקָלִים.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רַבָּה! יוֹם טוֹב!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אֵיךְ אֶפְשָׁר __________?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מתאימים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מוֹכֶרֶת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נְיָר שֶׁל הַקְּנִיָּה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קוֹנֶה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הַכֶּסֶף בְּיִשְׂרָאֵל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עֹדֶף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עוֹבֶדֶת בַּחֲנוּת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קַבָּלָה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הַכֶּסֶף שֶׁחוֹזֵר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שֶׁקֶל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בָּא לִקְנוֹת דְּבָרִים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מסדרים את השיחה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הקונה אומר תודה ונפרד לשלום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הקונה משלם ומקבל עודף וקבלה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הקונה מבקש לחם וחלב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המוכרת אומרת כמה זה עולה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המוכרת שואלת איך אפשר לעזור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שיחה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שיחה קצרה משלכם בין קונה למוכרת בחנות - מה קונים וכמה זה עולה.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אומר הקונה כשהוא רוצה לקנות משהו?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עודף?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עולה לחם וחלב ביחד בשיחה?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שיחה בקופה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